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A7EC2" w14:textId="77777777" w:rsidR="00C906E3" w:rsidRDefault="009D0529">
      <w:pPr>
        <w:shd w:val="clear" w:color="auto" w:fill="082B55"/>
        <w:spacing w:after="0"/>
        <w:jc w:val="center"/>
      </w:pPr>
      <w:r>
        <w:rPr>
          <w:b/>
          <w:color w:val="FFFFFF"/>
          <w:sz w:val="40"/>
        </w:rPr>
        <w:t>ANGELS CAMP</w:t>
      </w:r>
    </w:p>
    <w:p w14:paraId="5D6DD6CE" w14:textId="77777777" w:rsidR="00C906E3" w:rsidRDefault="009D0529">
      <w:pPr>
        <w:spacing w:before="20" w:after="0"/>
        <w:jc w:val="center"/>
      </w:pPr>
      <w:r>
        <w:rPr>
          <w:rFonts w:ascii="Georgia" w:hAnsi="Georgia"/>
          <w:b/>
          <w:color w:val="A6191E"/>
          <w:sz w:val="48"/>
        </w:rPr>
        <w:t>Starlit Nights &amp; Holiday Lights</w:t>
      </w:r>
    </w:p>
    <w:p w14:paraId="59D68044" w14:textId="77777777" w:rsidR="00C906E3" w:rsidRDefault="009D0529">
      <w:pPr>
        <w:spacing w:after="60"/>
        <w:jc w:val="center"/>
      </w:pPr>
      <w:r>
        <w:rPr>
          <w:b/>
          <w:color w:val="0B5A3C"/>
          <w:sz w:val="23"/>
        </w:rPr>
        <w:t>RESIDENTIAL &amp; BUSINESS LIGHT TOUR - REGISTRATION FORM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72"/>
        <w:gridCol w:w="3240"/>
        <w:gridCol w:w="3672"/>
      </w:tblGrid>
      <w:tr w:rsidR="00C906E3" w14:paraId="76B67C2A" w14:textId="77777777">
        <w:trPr>
          <w:jc w:val="center"/>
        </w:trPr>
        <w:tc>
          <w:tcPr>
            <w:tcW w:w="3672" w:type="dxa"/>
            <w:tcBorders>
              <w:top w:val="single" w:sz="10" w:space="0" w:color="D4A62A"/>
              <w:left w:val="single" w:sz="10" w:space="0" w:color="D4A62A"/>
              <w:bottom w:val="single" w:sz="10" w:space="0" w:color="D4A62A"/>
              <w:right w:val="single" w:sz="10" w:space="0" w:color="D4A62A"/>
            </w:tcBorders>
            <w:shd w:val="clear" w:color="auto" w:fill="FFF9E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5038BF8" w14:textId="77777777" w:rsidR="00C906E3" w:rsidRPr="00FD6A00" w:rsidRDefault="009D0529">
            <w:pPr>
              <w:spacing w:after="0"/>
              <w:jc w:val="center"/>
              <w:rPr>
                <w:sz w:val="24"/>
                <w:szCs w:val="24"/>
              </w:rPr>
            </w:pPr>
            <w:r w:rsidRPr="00FD6A00">
              <w:rPr>
                <w:b/>
                <w:color w:val="A6191E"/>
                <w:sz w:val="24"/>
                <w:szCs w:val="24"/>
              </w:rPr>
              <w:t>TOUR DATES</w:t>
            </w:r>
            <w:r w:rsidRPr="00FD6A00">
              <w:rPr>
                <w:b/>
                <w:color w:val="A6191E"/>
                <w:sz w:val="24"/>
                <w:szCs w:val="24"/>
              </w:rPr>
              <w:br/>
            </w:r>
            <w:r w:rsidRPr="00FD6A00">
              <w:rPr>
                <w:b/>
                <w:color w:val="082B55"/>
                <w:sz w:val="24"/>
                <w:szCs w:val="24"/>
              </w:rPr>
              <w:t>December 5-23, 2026</w:t>
            </w:r>
          </w:p>
        </w:tc>
        <w:tc>
          <w:tcPr>
            <w:tcW w:w="3240" w:type="dxa"/>
            <w:tcBorders>
              <w:top w:val="single" w:sz="10" w:space="0" w:color="D4A62A"/>
              <w:left w:val="single" w:sz="10" w:space="0" w:color="D4A62A"/>
              <w:bottom w:val="single" w:sz="10" w:space="0" w:color="D4A62A"/>
              <w:right w:val="single" w:sz="10" w:space="0" w:color="D4A62A"/>
            </w:tcBorders>
            <w:shd w:val="clear" w:color="auto" w:fill="FFF9E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41D65B6" w14:textId="77777777" w:rsidR="00C906E3" w:rsidRPr="00FD6A00" w:rsidRDefault="009D0529">
            <w:pPr>
              <w:spacing w:after="0"/>
              <w:jc w:val="center"/>
              <w:rPr>
                <w:sz w:val="24"/>
                <w:szCs w:val="24"/>
              </w:rPr>
            </w:pPr>
            <w:r w:rsidRPr="00FD6A00">
              <w:rPr>
                <w:b/>
                <w:color w:val="A6191E"/>
                <w:sz w:val="24"/>
                <w:szCs w:val="24"/>
              </w:rPr>
              <w:t>REGISTER BY</w:t>
            </w:r>
            <w:r w:rsidRPr="00FD6A00">
              <w:rPr>
                <w:b/>
                <w:color w:val="A6191E"/>
                <w:sz w:val="24"/>
                <w:szCs w:val="24"/>
              </w:rPr>
              <w:br/>
            </w:r>
            <w:r w:rsidRPr="00FD6A00">
              <w:rPr>
                <w:b/>
                <w:color w:val="082B55"/>
                <w:sz w:val="24"/>
                <w:szCs w:val="24"/>
              </w:rPr>
              <w:t>November 30, 2026</w:t>
            </w:r>
          </w:p>
        </w:tc>
        <w:tc>
          <w:tcPr>
            <w:tcW w:w="3672" w:type="dxa"/>
            <w:tcBorders>
              <w:top w:val="single" w:sz="10" w:space="0" w:color="D4A62A"/>
              <w:left w:val="single" w:sz="10" w:space="0" w:color="D4A62A"/>
              <w:bottom w:val="single" w:sz="10" w:space="0" w:color="D4A62A"/>
              <w:right w:val="single" w:sz="10" w:space="0" w:color="D4A62A"/>
            </w:tcBorders>
            <w:shd w:val="clear" w:color="auto" w:fill="FFF9EA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6D3CEEF" w14:textId="77777777" w:rsidR="00C906E3" w:rsidRPr="00FD6A00" w:rsidRDefault="009D0529">
            <w:pPr>
              <w:spacing w:after="0"/>
              <w:jc w:val="center"/>
              <w:rPr>
                <w:sz w:val="24"/>
                <w:szCs w:val="24"/>
              </w:rPr>
            </w:pPr>
            <w:r w:rsidRPr="00FD6A00">
              <w:rPr>
                <w:b/>
                <w:color w:val="A6191E"/>
                <w:sz w:val="24"/>
                <w:szCs w:val="24"/>
              </w:rPr>
              <w:t>REGISTRATION FEE</w:t>
            </w:r>
            <w:r w:rsidRPr="00FD6A00">
              <w:rPr>
                <w:b/>
                <w:color w:val="A6191E"/>
                <w:sz w:val="24"/>
                <w:szCs w:val="24"/>
              </w:rPr>
              <w:br/>
            </w:r>
            <w:r w:rsidRPr="00FD6A00">
              <w:rPr>
                <w:b/>
                <w:color w:val="082B55"/>
                <w:sz w:val="24"/>
                <w:szCs w:val="24"/>
              </w:rPr>
              <w:t>$10 per entry</w:t>
            </w:r>
          </w:p>
        </w:tc>
      </w:tr>
    </w:tbl>
    <w:p w14:paraId="51C65330" w14:textId="77777777" w:rsidR="00C906E3" w:rsidRPr="00FD6A00" w:rsidRDefault="009D0529">
      <w:pPr>
        <w:spacing w:before="40" w:after="60"/>
        <w:jc w:val="center"/>
        <w:rPr>
          <w:sz w:val="20"/>
          <w:szCs w:val="20"/>
        </w:rPr>
      </w:pPr>
      <w:r w:rsidRPr="00FD6A00">
        <w:rPr>
          <w:i/>
          <w:color w:val="555555"/>
          <w:sz w:val="20"/>
          <w:szCs w:val="20"/>
        </w:rPr>
        <w:t>Tour begins Saturday, December 5 following the Holiday Parade and continues through Wednesday, December 23.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  <w:gridCol w:w="20"/>
      </w:tblGrid>
      <w:tr w:rsidR="00C906E3" w14:paraId="7A83827E" w14:textId="77777777">
        <w:trPr>
          <w:gridAfter w:val="1"/>
          <w:wAfter w:w="102" w:type="dxa"/>
          <w:jc w:val="center"/>
        </w:trPr>
        <w:tc>
          <w:tcPr>
            <w:tcW w:w="10656" w:type="dxa"/>
            <w:gridSpan w:val="2"/>
            <w:shd w:val="clear" w:color="auto" w:fill="0B5A3C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40724310" w14:textId="77777777" w:rsidR="00C906E3" w:rsidRPr="00FD6A00" w:rsidRDefault="009D0529">
            <w:pPr>
              <w:spacing w:after="0"/>
              <w:jc w:val="center"/>
              <w:rPr>
                <w:sz w:val="24"/>
                <w:szCs w:val="24"/>
              </w:rPr>
            </w:pPr>
            <w:r w:rsidRPr="00FD6A00">
              <w:rPr>
                <w:b/>
                <w:color w:val="FFFFFF"/>
                <w:sz w:val="24"/>
                <w:szCs w:val="24"/>
              </w:rPr>
              <w:t>PARTICIPANT INFORMATION</w:t>
            </w:r>
          </w:p>
        </w:tc>
      </w:tr>
      <w:tr w:rsidR="00C906E3" w14:paraId="10E93E31" w14:textId="77777777">
        <w:trPr>
          <w:jc w:val="center"/>
        </w:trPr>
        <w:tc>
          <w:tcPr>
            <w:tcW w:w="5328" w:type="dxa"/>
            <w:tcBorders>
              <w:top w:val="single" w:sz="6" w:space="0" w:color="D2C7A7"/>
              <w:left w:val="single" w:sz="6" w:space="0" w:color="D2C7A7"/>
              <w:bottom w:val="single" w:sz="6" w:space="0" w:color="D2C7A7"/>
              <w:right w:val="single" w:sz="6" w:space="0" w:color="D2C7A7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22321921" w14:textId="77777777" w:rsidR="00C906E3" w:rsidRPr="00FD6A00" w:rsidRDefault="009D0529" w:rsidP="000E70CA">
            <w:pPr>
              <w:spacing w:after="0" w:line="240" w:lineRule="auto"/>
              <w:rPr>
                <w:sz w:val="24"/>
                <w:szCs w:val="24"/>
              </w:rPr>
            </w:pPr>
            <w:r w:rsidRPr="00FD6A00">
              <w:rPr>
                <w:b/>
                <w:color w:val="082B55"/>
                <w:sz w:val="24"/>
                <w:szCs w:val="24"/>
              </w:rPr>
              <w:t>Name:</w:t>
            </w:r>
            <w:r w:rsidRPr="00FD6A00">
              <w:rPr>
                <w:color w:val="555555"/>
                <w:sz w:val="24"/>
                <w:szCs w:val="24"/>
              </w:rPr>
              <w:br/>
              <w:t>________________________________</w:t>
            </w:r>
          </w:p>
        </w:tc>
        <w:tc>
          <w:tcPr>
            <w:tcW w:w="5328" w:type="dxa"/>
            <w:gridSpan w:val="2"/>
            <w:tcBorders>
              <w:top w:val="single" w:sz="6" w:space="0" w:color="D2C7A7"/>
              <w:left w:val="single" w:sz="6" w:space="0" w:color="D2C7A7"/>
              <w:bottom w:val="single" w:sz="6" w:space="0" w:color="D2C7A7"/>
              <w:right w:val="single" w:sz="6" w:space="0" w:color="D2C7A7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76FADC7A" w14:textId="77777777" w:rsidR="00C906E3" w:rsidRPr="00FD6A00" w:rsidRDefault="009D0529" w:rsidP="000E70CA">
            <w:pPr>
              <w:spacing w:after="0" w:line="240" w:lineRule="auto"/>
              <w:rPr>
                <w:sz w:val="24"/>
                <w:szCs w:val="24"/>
              </w:rPr>
            </w:pPr>
            <w:r w:rsidRPr="00FD6A00">
              <w:rPr>
                <w:b/>
                <w:color w:val="082B55"/>
                <w:sz w:val="24"/>
                <w:szCs w:val="24"/>
              </w:rPr>
              <w:t>Business Name (if applicable):</w:t>
            </w:r>
            <w:r w:rsidRPr="00FD6A00">
              <w:rPr>
                <w:color w:val="555555"/>
                <w:sz w:val="24"/>
                <w:szCs w:val="24"/>
              </w:rPr>
              <w:br/>
              <w:t>________________________________</w:t>
            </w:r>
          </w:p>
        </w:tc>
      </w:tr>
      <w:tr w:rsidR="00C906E3" w14:paraId="17AA5C61" w14:textId="77777777">
        <w:trPr>
          <w:jc w:val="center"/>
        </w:trPr>
        <w:tc>
          <w:tcPr>
            <w:tcW w:w="5328" w:type="dxa"/>
            <w:tcBorders>
              <w:top w:val="single" w:sz="6" w:space="0" w:color="D2C7A7"/>
              <w:left w:val="single" w:sz="6" w:space="0" w:color="D2C7A7"/>
              <w:bottom w:val="single" w:sz="6" w:space="0" w:color="D2C7A7"/>
              <w:right w:val="single" w:sz="6" w:space="0" w:color="D2C7A7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5F0399AB" w14:textId="77777777" w:rsidR="00C906E3" w:rsidRPr="00FD6A00" w:rsidRDefault="009D0529" w:rsidP="000E70CA">
            <w:pPr>
              <w:spacing w:after="0" w:line="240" w:lineRule="auto"/>
              <w:rPr>
                <w:sz w:val="24"/>
                <w:szCs w:val="24"/>
              </w:rPr>
            </w:pPr>
            <w:r w:rsidRPr="00FD6A00">
              <w:rPr>
                <w:b/>
                <w:color w:val="082B55"/>
                <w:sz w:val="24"/>
                <w:szCs w:val="24"/>
              </w:rPr>
              <w:t>Display Address:</w:t>
            </w:r>
            <w:r w:rsidRPr="00FD6A00">
              <w:rPr>
                <w:color w:val="555555"/>
                <w:sz w:val="24"/>
                <w:szCs w:val="24"/>
              </w:rPr>
              <w:br/>
              <w:t>________________________________</w:t>
            </w:r>
          </w:p>
        </w:tc>
        <w:tc>
          <w:tcPr>
            <w:tcW w:w="5328" w:type="dxa"/>
            <w:gridSpan w:val="2"/>
            <w:tcBorders>
              <w:top w:val="single" w:sz="6" w:space="0" w:color="D2C7A7"/>
              <w:left w:val="single" w:sz="6" w:space="0" w:color="D2C7A7"/>
              <w:bottom w:val="single" w:sz="6" w:space="0" w:color="D2C7A7"/>
              <w:right w:val="single" w:sz="6" w:space="0" w:color="D2C7A7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282B13FB" w14:textId="77777777" w:rsidR="00C906E3" w:rsidRPr="00FD6A00" w:rsidRDefault="009D0529" w:rsidP="000E70CA">
            <w:pPr>
              <w:spacing w:after="0" w:line="240" w:lineRule="auto"/>
              <w:rPr>
                <w:sz w:val="24"/>
                <w:szCs w:val="24"/>
              </w:rPr>
            </w:pPr>
            <w:r w:rsidRPr="00FD6A00">
              <w:rPr>
                <w:b/>
                <w:color w:val="082B55"/>
                <w:sz w:val="24"/>
                <w:szCs w:val="24"/>
              </w:rPr>
              <w:t>City / ZIP:</w:t>
            </w:r>
            <w:r w:rsidRPr="00FD6A00">
              <w:rPr>
                <w:color w:val="555555"/>
                <w:sz w:val="24"/>
                <w:szCs w:val="24"/>
              </w:rPr>
              <w:br/>
              <w:t>________________________________</w:t>
            </w:r>
          </w:p>
        </w:tc>
      </w:tr>
      <w:tr w:rsidR="00C906E3" w14:paraId="6458DD54" w14:textId="77777777">
        <w:trPr>
          <w:jc w:val="center"/>
        </w:trPr>
        <w:tc>
          <w:tcPr>
            <w:tcW w:w="5328" w:type="dxa"/>
            <w:tcBorders>
              <w:top w:val="single" w:sz="6" w:space="0" w:color="D2C7A7"/>
              <w:left w:val="single" w:sz="6" w:space="0" w:color="D2C7A7"/>
              <w:bottom w:val="single" w:sz="6" w:space="0" w:color="D2C7A7"/>
              <w:right w:val="single" w:sz="6" w:space="0" w:color="D2C7A7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7DA6A0B1" w14:textId="77777777" w:rsidR="00C906E3" w:rsidRPr="00FD6A00" w:rsidRDefault="009D0529" w:rsidP="000E70CA">
            <w:pPr>
              <w:spacing w:after="0" w:line="240" w:lineRule="auto"/>
              <w:rPr>
                <w:sz w:val="24"/>
                <w:szCs w:val="24"/>
              </w:rPr>
            </w:pPr>
            <w:r w:rsidRPr="00FD6A00">
              <w:rPr>
                <w:b/>
                <w:color w:val="082B55"/>
                <w:sz w:val="24"/>
                <w:szCs w:val="24"/>
              </w:rPr>
              <w:t>Phone:</w:t>
            </w:r>
            <w:r w:rsidRPr="00FD6A00">
              <w:rPr>
                <w:color w:val="555555"/>
                <w:sz w:val="24"/>
                <w:szCs w:val="24"/>
              </w:rPr>
              <w:br/>
              <w:t>________________________________</w:t>
            </w:r>
          </w:p>
        </w:tc>
        <w:tc>
          <w:tcPr>
            <w:tcW w:w="5328" w:type="dxa"/>
            <w:gridSpan w:val="2"/>
            <w:tcBorders>
              <w:top w:val="single" w:sz="6" w:space="0" w:color="D2C7A7"/>
              <w:left w:val="single" w:sz="6" w:space="0" w:color="D2C7A7"/>
              <w:bottom w:val="single" w:sz="6" w:space="0" w:color="D2C7A7"/>
              <w:right w:val="single" w:sz="6" w:space="0" w:color="D2C7A7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7C6FB3FD" w14:textId="77777777" w:rsidR="00C906E3" w:rsidRPr="00FD6A00" w:rsidRDefault="009D0529" w:rsidP="000E70CA">
            <w:pPr>
              <w:spacing w:after="0" w:line="240" w:lineRule="auto"/>
              <w:rPr>
                <w:sz w:val="24"/>
                <w:szCs w:val="24"/>
              </w:rPr>
            </w:pPr>
            <w:r w:rsidRPr="00FD6A00">
              <w:rPr>
                <w:b/>
                <w:color w:val="082B55"/>
                <w:sz w:val="24"/>
                <w:szCs w:val="24"/>
              </w:rPr>
              <w:t>Email:</w:t>
            </w:r>
            <w:r w:rsidRPr="00FD6A00">
              <w:rPr>
                <w:color w:val="555555"/>
                <w:sz w:val="24"/>
                <w:szCs w:val="24"/>
              </w:rPr>
              <w:br/>
              <w:t>________________________________</w:t>
            </w:r>
          </w:p>
        </w:tc>
      </w:tr>
      <w:tr w:rsidR="00C906E3" w14:paraId="06B4F262" w14:textId="77777777">
        <w:trPr>
          <w:jc w:val="center"/>
        </w:trPr>
        <w:tc>
          <w:tcPr>
            <w:tcW w:w="10656" w:type="dxa"/>
            <w:gridSpan w:val="3"/>
            <w:tcBorders>
              <w:top w:val="single" w:sz="6" w:space="0" w:color="D2C7A7"/>
              <w:left w:val="single" w:sz="6" w:space="0" w:color="D2C7A7"/>
              <w:bottom w:val="single" w:sz="6" w:space="0" w:color="D2C7A7"/>
              <w:right w:val="single" w:sz="6" w:space="0" w:color="D2C7A7"/>
            </w:tcBorders>
            <w:tcMar>
              <w:top w:w="45" w:type="dxa"/>
              <w:left w:w="60" w:type="dxa"/>
              <w:bottom w:w="45" w:type="dxa"/>
              <w:right w:w="60" w:type="dxa"/>
            </w:tcMar>
          </w:tcPr>
          <w:p w14:paraId="402FD96D" w14:textId="77777777" w:rsidR="00C906E3" w:rsidRPr="00FD6A00" w:rsidRDefault="009D0529" w:rsidP="00FD6A00">
            <w:pPr>
              <w:spacing w:after="0"/>
              <w:jc w:val="center"/>
              <w:rPr>
                <w:sz w:val="28"/>
                <w:szCs w:val="28"/>
              </w:rPr>
            </w:pPr>
            <w:r w:rsidRPr="00FD6A00">
              <w:rPr>
                <w:b/>
                <w:color w:val="082B55"/>
                <w:sz w:val="28"/>
                <w:szCs w:val="28"/>
              </w:rPr>
              <w:t>Entry Type:  ☐ Residential   ☐ Business</w:t>
            </w:r>
          </w:p>
        </w:tc>
      </w:tr>
      <w:tr w:rsidR="00C906E3" w14:paraId="6D820929" w14:textId="77777777">
        <w:trPr>
          <w:gridAfter w:val="1"/>
          <w:wAfter w:w="102" w:type="dxa"/>
          <w:jc w:val="center"/>
        </w:trPr>
        <w:tc>
          <w:tcPr>
            <w:tcW w:w="10656" w:type="dxa"/>
            <w:gridSpan w:val="2"/>
            <w:shd w:val="clear" w:color="auto" w:fill="0B5A3C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66C34D86" w14:textId="77777777" w:rsidR="00C906E3" w:rsidRPr="00FD6A00" w:rsidRDefault="009D0529">
            <w:pPr>
              <w:spacing w:after="0"/>
              <w:jc w:val="center"/>
              <w:rPr>
                <w:sz w:val="24"/>
                <w:szCs w:val="24"/>
              </w:rPr>
            </w:pPr>
            <w:r w:rsidRPr="00FD6A00">
              <w:rPr>
                <w:b/>
                <w:color w:val="FFFFFF"/>
                <w:sz w:val="24"/>
                <w:szCs w:val="24"/>
              </w:rPr>
              <w:t>COMPETITION CATEGORIES</w:t>
            </w:r>
          </w:p>
        </w:tc>
      </w:tr>
      <w:tr w:rsidR="00C906E3" w14:paraId="4E11341C" w14:textId="77777777">
        <w:trPr>
          <w:gridAfter w:val="1"/>
          <w:wAfter w:w="20" w:type="dxa"/>
          <w:jc w:val="center"/>
        </w:trPr>
        <w:tc>
          <w:tcPr>
            <w:tcW w:w="5328" w:type="dxa"/>
            <w:tcBorders>
              <w:top w:val="single" w:sz="6" w:space="0" w:color="D2C7A7"/>
              <w:left w:val="single" w:sz="6" w:space="0" w:color="D2C7A7"/>
              <w:bottom w:val="single" w:sz="6" w:space="0" w:color="D2C7A7"/>
              <w:right w:val="single" w:sz="6" w:space="0" w:color="D2C7A7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0A650EC" w14:textId="77777777" w:rsidR="00C906E3" w:rsidRPr="00FD6A00" w:rsidRDefault="009D0529">
            <w:pPr>
              <w:spacing w:after="0" w:line="252" w:lineRule="auto"/>
              <w:rPr>
                <w:sz w:val="24"/>
                <w:szCs w:val="24"/>
              </w:rPr>
            </w:pPr>
            <w:r w:rsidRPr="00FD6A00">
              <w:rPr>
                <w:color w:val="082B55"/>
                <w:sz w:val="24"/>
                <w:szCs w:val="24"/>
              </w:rPr>
              <w:t>☐ Best Overall Display</w:t>
            </w:r>
            <w:r w:rsidRPr="00FD6A00">
              <w:rPr>
                <w:sz w:val="24"/>
                <w:szCs w:val="24"/>
              </w:rPr>
              <w:br/>
            </w:r>
            <w:r w:rsidRPr="00FD6A00">
              <w:rPr>
                <w:color w:val="082B55"/>
                <w:sz w:val="24"/>
                <w:szCs w:val="24"/>
              </w:rPr>
              <w:t>☐ Clark Griswold Award (Most Lights)</w:t>
            </w:r>
            <w:r w:rsidRPr="00FD6A00">
              <w:rPr>
                <w:sz w:val="24"/>
                <w:szCs w:val="24"/>
              </w:rPr>
              <w:br/>
            </w:r>
            <w:r w:rsidRPr="00FD6A00">
              <w:rPr>
                <w:color w:val="082B55"/>
                <w:sz w:val="24"/>
                <w:szCs w:val="24"/>
              </w:rPr>
              <w:t>☐ Best Traditional Christmas</w:t>
            </w:r>
          </w:p>
        </w:tc>
        <w:tc>
          <w:tcPr>
            <w:tcW w:w="5328" w:type="dxa"/>
            <w:tcBorders>
              <w:top w:val="single" w:sz="6" w:space="0" w:color="D2C7A7"/>
              <w:left w:val="single" w:sz="6" w:space="0" w:color="D2C7A7"/>
              <w:bottom w:val="single" w:sz="6" w:space="0" w:color="D2C7A7"/>
              <w:right w:val="single" w:sz="6" w:space="0" w:color="D2C7A7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77B3E47" w14:textId="77777777" w:rsidR="00C906E3" w:rsidRPr="00FD6A00" w:rsidRDefault="009D0529">
            <w:pPr>
              <w:spacing w:after="0" w:line="252" w:lineRule="auto"/>
              <w:rPr>
                <w:sz w:val="24"/>
                <w:szCs w:val="24"/>
              </w:rPr>
            </w:pPr>
            <w:r w:rsidRPr="00FD6A00">
              <w:rPr>
                <w:color w:val="082B55"/>
                <w:sz w:val="24"/>
                <w:szCs w:val="24"/>
              </w:rPr>
              <w:t>☐ Most Creative Theme</w:t>
            </w:r>
            <w:r w:rsidRPr="00FD6A00">
              <w:rPr>
                <w:sz w:val="24"/>
                <w:szCs w:val="24"/>
              </w:rPr>
              <w:br/>
            </w:r>
            <w:r w:rsidRPr="00FD6A00">
              <w:rPr>
                <w:color w:val="082B55"/>
                <w:sz w:val="24"/>
                <w:szCs w:val="24"/>
              </w:rPr>
              <w:t>☐ Family Favorite</w:t>
            </w:r>
            <w:r w:rsidRPr="00FD6A00">
              <w:rPr>
                <w:sz w:val="24"/>
                <w:szCs w:val="24"/>
              </w:rPr>
              <w:br/>
            </w:r>
            <w:r w:rsidRPr="00FD6A00">
              <w:rPr>
                <w:color w:val="082B55"/>
                <w:sz w:val="24"/>
                <w:szCs w:val="24"/>
              </w:rPr>
              <w:t>☐ People's Choice Award</w:t>
            </w:r>
            <w:r w:rsidRPr="00FD6A00">
              <w:rPr>
                <w:sz w:val="24"/>
                <w:szCs w:val="24"/>
              </w:rPr>
              <w:br/>
            </w:r>
            <w:r w:rsidRPr="00FD6A00">
              <w:rPr>
                <w:color w:val="082B55"/>
                <w:sz w:val="24"/>
                <w:szCs w:val="24"/>
              </w:rPr>
              <w:t>☐ Best Business Display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10630"/>
      </w:tblGrid>
      <w:tr w:rsidR="00C906E3" w14:paraId="44B86012" w14:textId="77777777">
        <w:tc>
          <w:tcPr>
            <w:tcW w:w="10656" w:type="dxa"/>
            <w:tcBorders>
              <w:top w:val="single" w:sz="10" w:space="0" w:color="0B5A3C"/>
              <w:left w:val="single" w:sz="10" w:space="0" w:color="0B5A3C"/>
              <w:bottom w:val="single" w:sz="10" w:space="0" w:color="0B5A3C"/>
              <w:right w:val="single" w:sz="10" w:space="0" w:color="0B5A3C"/>
            </w:tcBorders>
            <w:shd w:val="clear" w:color="auto" w:fill="EAF4EC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DC2E1B9" w14:textId="059BB3AD" w:rsidR="00FD6A00" w:rsidRPr="00FD6A00" w:rsidRDefault="009D0529" w:rsidP="00FD6A00">
            <w:pPr>
              <w:spacing w:after="0"/>
              <w:jc w:val="center"/>
              <w:rPr>
                <w:color w:val="082B55"/>
                <w:sz w:val="24"/>
                <w:szCs w:val="24"/>
              </w:rPr>
            </w:pPr>
            <w:r w:rsidRPr="00FD6A00">
              <w:rPr>
                <w:color w:val="082B55"/>
                <w:sz w:val="24"/>
                <w:szCs w:val="24"/>
              </w:rPr>
              <w:t>Residential:</w:t>
            </w:r>
            <w:r w:rsidR="00FD6A00">
              <w:rPr>
                <w:color w:val="082B55"/>
                <w:sz w:val="24"/>
                <w:szCs w:val="24"/>
              </w:rPr>
              <w:t xml:space="preserve"> Winner in each</w:t>
            </w:r>
            <w:r w:rsidRPr="00FD6A00">
              <w:rPr>
                <w:color w:val="082B55"/>
                <w:sz w:val="24"/>
                <w:szCs w:val="24"/>
              </w:rPr>
              <w:t xml:space="preserve"> category receives a </w:t>
            </w:r>
            <w:r w:rsidRPr="00FD6A00">
              <w:rPr>
                <w:b/>
                <w:color w:val="A6191E"/>
                <w:sz w:val="24"/>
                <w:szCs w:val="24"/>
              </w:rPr>
              <w:t>$50 Angels Camp Shopping Gift Card</w:t>
            </w:r>
            <w:r w:rsidR="00FD6A00">
              <w:rPr>
                <w:b/>
                <w:color w:val="A6191E"/>
                <w:sz w:val="24"/>
                <w:szCs w:val="24"/>
              </w:rPr>
              <w:t>!</w:t>
            </w:r>
          </w:p>
          <w:p w14:paraId="0508FC01" w14:textId="31C8011F" w:rsidR="00C906E3" w:rsidRPr="00FD6A00" w:rsidRDefault="009D0529" w:rsidP="00FD6A00">
            <w:pPr>
              <w:spacing w:after="0"/>
              <w:jc w:val="center"/>
              <w:rPr>
                <w:color w:val="082B55"/>
                <w:sz w:val="24"/>
                <w:szCs w:val="24"/>
              </w:rPr>
            </w:pPr>
            <w:r w:rsidRPr="00FD6A00">
              <w:rPr>
                <w:color w:val="082B55"/>
                <w:sz w:val="24"/>
                <w:szCs w:val="24"/>
              </w:rPr>
              <w:t>Business:</w:t>
            </w:r>
            <w:r w:rsidR="00FD6A00">
              <w:rPr>
                <w:color w:val="082B55"/>
                <w:sz w:val="24"/>
                <w:szCs w:val="24"/>
              </w:rPr>
              <w:t xml:space="preserve"> </w:t>
            </w:r>
            <w:r w:rsidRPr="00FD6A00">
              <w:rPr>
                <w:color w:val="082B55"/>
                <w:sz w:val="24"/>
                <w:szCs w:val="24"/>
              </w:rPr>
              <w:t xml:space="preserve">Best Business Display wins a </w:t>
            </w:r>
            <w:r w:rsidRPr="00FD6A00">
              <w:rPr>
                <w:b/>
                <w:color w:val="A6191E"/>
                <w:sz w:val="24"/>
                <w:szCs w:val="24"/>
              </w:rPr>
              <w:t>2027 ACBA Membership</w:t>
            </w:r>
            <w:r w:rsidR="00FD6A00">
              <w:rPr>
                <w:b/>
                <w:color w:val="A6191E"/>
                <w:sz w:val="24"/>
                <w:szCs w:val="24"/>
              </w:rPr>
              <w:t>!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C906E3" w14:paraId="71076419" w14:textId="77777777">
        <w:trPr>
          <w:jc w:val="center"/>
        </w:trPr>
        <w:tc>
          <w:tcPr>
            <w:tcW w:w="10656" w:type="dxa"/>
            <w:shd w:val="clear" w:color="auto" w:fill="0B5A3C"/>
            <w:tcMar>
              <w:top w:w="45" w:type="dxa"/>
              <w:left w:w="90" w:type="dxa"/>
              <w:bottom w:w="45" w:type="dxa"/>
              <w:right w:w="90" w:type="dxa"/>
            </w:tcMar>
          </w:tcPr>
          <w:p w14:paraId="704A64BC" w14:textId="77777777" w:rsidR="00C906E3" w:rsidRPr="00FD6A00" w:rsidRDefault="009D0529" w:rsidP="00FD6A00">
            <w:pPr>
              <w:spacing w:after="0"/>
              <w:jc w:val="center"/>
              <w:rPr>
                <w:sz w:val="28"/>
                <w:szCs w:val="28"/>
              </w:rPr>
            </w:pPr>
            <w:r w:rsidRPr="00FD6A00">
              <w:rPr>
                <w:b/>
                <w:color w:val="FFFFFF"/>
                <w:sz w:val="28"/>
                <w:szCs w:val="28"/>
              </w:rPr>
              <w:t>LIGHT TOUR GUIDELINES</w:t>
            </w:r>
          </w:p>
        </w:tc>
      </w:tr>
    </w:tbl>
    <w:p w14:paraId="43981130" w14:textId="77777777" w:rsidR="00C906E3" w:rsidRPr="00FD6A00" w:rsidRDefault="009D0529">
      <w:pPr>
        <w:spacing w:after="20"/>
        <w:ind w:left="173" w:hanging="173"/>
        <w:rPr>
          <w:sz w:val="22"/>
        </w:rPr>
      </w:pPr>
      <w:r w:rsidRPr="00FD6A00">
        <w:rPr>
          <w:b/>
          <w:color w:val="0B5A3C"/>
          <w:sz w:val="22"/>
        </w:rPr>
        <w:t xml:space="preserve">☐ </w:t>
      </w:r>
      <w:r w:rsidRPr="00FD6A00">
        <w:rPr>
          <w:color w:val="082B55"/>
          <w:sz w:val="22"/>
        </w:rPr>
        <w:t>Lights must be on each evening from 5:30 p.m. to 8:30 p.m. during the December 5-23 tour.</w:t>
      </w:r>
    </w:p>
    <w:p w14:paraId="3BD82CE3" w14:textId="77777777" w:rsidR="00C906E3" w:rsidRPr="00FD6A00" w:rsidRDefault="009D0529">
      <w:pPr>
        <w:spacing w:after="20"/>
        <w:ind w:left="173" w:hanging="173"/>
        <w:rPr>
          <w:sz w:val="22"/>
        </w:rPr>
      </w:pPr>
      <w:r w:rsidRPr="00FD6A00">
        <w:rPr>
          <w:b/>
          <w:color w:val="0B5A3C"/>
          <w:sz w:val="22"/>
        </w:rPr>
        <w:t xml:space="preserve">☐ </w:t>
      </w:r>
      <w:r w:rsidRPr="00FD6A00">
        <w:rPr>
          <w:color w:val="082B55"/>
          <w:sz w:val="22"/>
        </w:rPr>
        <w:t>Make sure your house number or business address is clearly visible and illuminated for tour guests.</w:t>
      </w:r>
    </w:p>
    <w:p w14:paraId="6F3EE11F" w14:textId="77777777" w:rsidR="00C906E3" w:rsidRPr="00FD6A00" w:rsidRDefault="009D0529">
      <w:pPr>
        <w:spacing w:after="20"/>
        <w:ind w:left="173" w:hanging="173"/>
        <w:rPr>
          <w:sz w:val="22"/>
        </w:rPr>
      </w:pPr>
      <w:r w:rsidRPr="00FD6A00">
        <w:rPr>
          <w:b/>
          <w:color w:val="0B5A3C"/>
          <w:sz w:val="22"/>
        </w:rPr>
        <w:t xml:space="preserve">☐ </w:t>
      </w:r>
      <w:r w:rsidRPr="00FD6A00">
        <w:rPr>
          <w:color w:val="082B55"/>
          <w:sz w:val="22"/>
        </w:rPr>
        <w:t>Registration must be received by November 30 to be included in the official Tour Guide and qualify for the competition.</w:t>
      </w:r>
    </w:p>
    <w:p w14:paraId="5A4F483D" w14:textId="77777777" w:rsidR="00C906E3" w:rsidRPr="00FD6A00" w:rsidRDefault="009D0529">
      <w:pPr>
        <w:spacing w:after="20"/>
        <w:ind w:left="173" w:hanging="173"/>
        <w:rPr>
          <w:sz w:val="22"/>
        </w:rPr>
      </w:pPr>
      <w:r w:rsidRPr="00FD6A00">
        <w:rPr>
          <w:b/>
          <w:color w:val="0B5A3C"/>
          <w:sz w:val="22"/>
        </w:rPr>
        <w:t xml:space="preserve">☐ </w:t>
      </w:r>
      <w:r w:rsidRPr="00FD6A00">
        <w:rPr>
          <w:color w:val="082B55"/>
          <w:sz w:val="22"/>
        </w:rPr>
        <w:t>Displays should be family-friendly and arranged so they do not obstruct sidewalks, streets, or create safety hazards.</w:t>
      </w:r>
    </w:p>
    <w:p w14:paraId="2E932E3E" w14:textId="77777777" w:rsidR="00C906E3" w:rsidRPr="00FD6A00" w:rsidRDefault="009D0529">
      <w:pPr>
        <w:spacing w:before="20"/>
        <w:rPr>
          <w:sz w:val="22"/>
        </w:rPr>
      </w:pPr>
      <w:r w:rsidRPr="00FD6A00">
        <w:rPr>
          <w:i/>
          <w:color w:val="555555"/>
          <w:sz w:val="22"/>
        </w:rPr>
        <w:t>By signing below, I authorize ACBA to list my display address in the Tour Guide and use photographs of my display for event promotion.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23"/>
        <w:gridCol w:w="5317"/>
      </w:tblGrid>
      <w:tr w:rsidR="00C906E3" w:rsidRPr="00FD6A00" w14:paraId="71876FE7" w14:textId="77777777">
        <w:trPr>
          <w:jc w:val="center"/>
        </w:trPr>
        <w:tc>
          <w:tcPr>
            <w:tcW w:w="5328" w:type="dxa"/>
            <w:tcBorders>
              <w:top w:val="single" w:sz="6" w:space="0" w:color="D2C7A7"/>
              <w:left w:val="single" w:sz="6" w:space="0" w:color="D2C7A7"/>
              <w:bottom w:val="single" w:sz="6" w:space="0" w:color="D2C7A7"/>
              <w:right w:val="single" w:sz="6" w:space="0" w:color="D2C7A7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F61D172" w14:textId="77777777" w:rsidR="00C906E3" w:rsidRPr="00FD6A00" w:rsidRDefault="009D0529">
            <w:pPr>
              <w:spacing w:after="0"/>
              <w:rPr>
                <w:sz w:val="22"/>
              </w:rPr>
            </w:pPr>
            <w:r w:rsidRPr="00FD6A00">
              <w:rPr>
                <w:color w:val="082B55"/>
                <w:sz w:val="22"/>
              </w:rPr>
              <w:t>Signature:</w:t>
            </w:r>
            <w:r w:rsidRPr="00FD6A00">
              <w:rPr>
                <w:color w:val="082B55"/>
                <w:sz w:val="22"/>
              </w:rPr>
              <w:br/>
              <w:t>________________________________</w:t>
            </w:r>
          </w:p>
        </w:tc>
        <w:tc>
          <w:tcPr>
            <w:tcW w:w="5328" w:type="dxa"/>
            <w:tcBorders>
              <w:top w:val="single" w:sz="6" w:space="0" w:color="D2C7A7"/>
              <w:left w:val="single" w:sz="6" w:space="0" w:color="D2C7A7"/>
              <w:bottom w:val="single" w:sz="6" w:space="0" w:color="D2C7A7"/>
              <w:right w:val="single" w:sz="6" w:space="0" w:color="D2C7A7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6ACE2D9" w14:textId="77777777" w:rsidR="00C906E3" w:rsidRPr="00FD6A00" w:rsidRDefault="009D0529">
            <w:pPr>
              <w:spacing w:after="0"/>
              <w:rPr>
                <w:sz w:val="22"/>
              </w:rPr>
            </w:pPr>
            <w:r w:rsidRPr="00FD6A00">
              <w:rPr>
                <w:color w:val="082B55"/>
                <w:sz w:val="22"/>
              </w:rPr>
              <w:t>Date:</w:t>
            </w:r>
            <w:r w:rsidRPr="00FD6A00">
              <w:rPr>
                <w:color w:val="082B55"/>
                <w:sz w:val="22"/>
              </w:rPr>
              <w:br/>
              <w:t>____________________</w:t>
            </w:r>
          </w:p>
        </w:tc>
      </w:tr>
      <w:tr w:rsidR="00C906E3" w:rsidRPr="00FD6A00" w14:paraId="67FF2F2E" w14:textId="77777777">
        <w:trPr>
          <w:jc w:val="center"/>
        </w:trPr>
        <w:tc>
          <w:tcPr>
            <w:tcW w:w="5328" w:type="dxa"/>
            <w:tcBorders>
              <w:top w:val="single" w:sz="6" w:space="0" w:color="D2C7A7"/>
              <w:left w:val="single" w:sz="6" w:space="0" w:color="D2C7A7"/>
              <w:bottom w:val="single" w:sz="6" w:space="0" w:color="D2C7A7"/>
              <w:right w:val="single" w:sz="6" w:space="0" w:color="D2C7A7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3DCDF49" w14:textId="77777777" w:rsidR="00C906E3" w:rsidRPr="00FD6A00" w:rsidRDefault="009D0529">
            <w:pPr>
              <w:spacing w:after="0"/>
              <w:rPr>
                <w:sz w:val="22"/>
              </w:rPr>
            </w:pPr>
            <w:r w:rsidRPr="00FD6A00">
              <w:rPr>
                <w:b/>
                <w:color w:val="082B55"/>
                <w:sz w:val="22"/>
              </w:rPr>
              <w:t>$10 Fee:  ☐ Cash   ☐ Check</w:t>
            </w:r>
          </w:p>
        </w:tc>
        <w:tc>
          <w:tcPr>
            <w:tcW w:w="5328" w:type="dxa"/>
            <w:tcBorders>
              <w:top w:val="single" w:sz="6" w:space="0" w:color="D2C7A7"/>
              <w:left w:val="single" w:sz="6" w:space="0" w:color="D2C7A7"/>
              <w:bottom w:val="single" w:sz="6" w:space="0" w:color="D2C7A7"/>
              <w:right w:val="single" w:sz="6" w:space="0" w:color="D2C7A7"/>
            </w:tcBorders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B6EE2C9" w14:textId="378F10DB" w:rsidR="00C906E3" w:rsidRPr="00FD6A00" w:rsidRDefault="009D0529">
            <w:pPr>
              <w:spacing w:after="0"/>
              <w:rPr>
                <w:sz w:val="22"/>
              </w:rPr>
            </w:pPr>
            <w:r w:rsidRPr="00FD6A00">
              <w:rPr>
                <w:b/>
                <w:color w:val="082B55"/>
                <w:sz w:val="22"/>
              </w:rPr>
              <w:t xml:space="preserve">Check </w:t>
            </w:r>
            <w:proofErr w:type="gramStart"/>
            <w:r w:rsidRPr="00FD6A00">
              <w:rPr>
                <w:b/>
                <w:color w:val="082B55"/>
                <w:sz w:val="22"/>
              </w:rPr>
              <w:t>payable</w:t>
            </w:r>
            <w:proofErr w:type="gramEnd"/>
            <w:r w:rsidRPr="00FD6A00">
              <w:rPr>
                <w:b/>
                <w:color w:val="082B55"/>
                <w:sz w:val="22"/>
              </w:rPr>
              <w:t xml:space="preserve"> to: </w:t>
            </w:r>
            <w:r w:rsidR="000E70CA">
              <w:rPr>
                <w:b/>
                <w:color w:val="082B55"/>
                <w:sz w:val="22"/>
              </w:rPr>
              <w:t>ACBA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208"/>
        <w:gridCol w:w="2160"/>
      </w:tblGrid>
      <w:tr w:rsidR="00C906E3" w:rsidRPr="00FD6A00" w14:paraId="4D2D506F" w14:textId="77777777" w:rsidTr="00056342">
        <w:trPr>
          <w:trHeight w:val="2072"/>
          <w:jc w:val="center"/>
        </w:trPr>
        <w:tc>
          <w:tcPr>
            <w:tcW w:w="8208" w:type="dxa"/>
            <w:tcBorders>
              <w:top w:val="single" w:sz="8" w:space="0" w:color="D4A62A"/>
              <w:left w:val="single" w:sz="8" w:space="0" w:color="D4A62A"/>
              <w:bottom w:val="single" w:sz="8" w:space="0" w:color="D4A62A"/>
              <w:right w:val="single" w:sz="8" w:space="0" w:color="D4A62A"/>
            </w:tcBorders>
            <w:shd w:val="clear" w:color="auto" w:fill="FFF9EA"/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F45A813" w14:textId="77777777" w:rsidR="00C906E3" w:rsidRDefault="009D0529">
            <w:pPr>
              <w:spacing w:after="0"/>
              <w:rPr>
                <w:color w:val="082B55"/>
                <w:sz w:val="22"/>
              </w:rPr>
            </w:pPr>
            <w:r w:rsidRPr="00FD6A00">
              <w:rPr>
                <w:b/>
                <w:color w:val="A6191E"/>
                <w:sz w:val="22"/>
              </w:rPr>
              <w:t>REGISTER</w:t>
            </w:r>
            <w:r w:rsidRPr="00FD6A00">
              <w:rPr>
                <w:color w:val="082B55"/>
                <w:sz w:val="22"/>
              </w:rPr>
              <w:br/>
              <w:t>Angels Camp Business Association Office</w:t>
            </w:r>
            <w:r w:rsidRPr="00FD6A00">
              <w:rPr>
                <w:color w:val="082B55"/>
                <w:sz w:val="22"/>
              </w:rPr>
              <w:br/>
              <w:t>300 S. Main Street, Angels Camp, CA 95222</w:t>
            </w:r>
            <w:r w:rsidRPr="00FD6A00">
              <w:rPr>
                <w:color w:val="082B55"/>
                <w:sz w:val="22"/>
              </w:rPr>
              <w:br/>
              <w:t>Or scan the event QR code.</w:t>
            </w:r>
          </w:p>
          <w:p w14:paraId="6C2F0113" w14:textId="77777777" w:rsidR="00056342" w:rsidRDefault="00056342">
            <w:pPr>
              <w:spacing w:after="0"/>
              <w:rPr>
                <w:color w:val="082B55"/>
                <w:sz w:val="22"/>
              </w:rPr>
            </w:pPr>
          </w:p>
          <w:p w14:paraId="43C1E2C9" w14:textId="32862E37" w:rsidR="00056342" w:rsidRPr="00FD6A00" w:rsidRDefault="00056342">
            <w:pPr>
              <w:spacing w:after="0"/>
              <w:rPr>
                <w:sz w:val="22"/>
              </w:rPr>
            </w:pPr>
            <w:r>
              <w:rPr>
                <w:color w:val="082B55"/>
                <w:sz w:val="22"/>
              </w:rPr>
              <w:t>Sponsored by the Angels Camp Business Association</w:t>
            </w:r>
          </w:p>
        </w:tc>
        <w:tc>
          <w:tcPr>
            <w:tcW w:w="2160" w:type="dxa"/>
            <w:tcBorders>
              <w:top w:val="single" w:sz="8" w:space="0" w:color="D4A62A"/>
              <w:left w:val="single" w:sz="8" w:space="0" w:color="D4A62A"/>
              <w:bottom w:val="single" w:sz="8" w:space="0" w:color="D4A62A"/>
              <w:right w:val="single" w:sz="8" w:space="0" w:color="D4A62A"/>
            </w:tcBorders>
            <w:shd w:val="clear" w:color="auto" w:fill="FFFFFF"/>
            <w:tcMar>
              <w:top w:w="35" w:type="dxa"/>
              <w:left w:w="40" w:type="dxa"/>
              <w:bottom w:w="35" w:type="dxa"/>
              <w:right w:w="40" w:type="dxa"/>
            </w:tcMar>
          </w:tcPr>
          <w:p w14:paraId="00260227" w14:textId="3807114E" w:rsidR="00C906E3" w:rsidRPr="00FD6A00" w:rsidRDefault="00056342">
            <w:pPr>
              <w:spacing w:after="0"/>
              <w:jc w:val="center"/>
              <w:rPr>
                <w:sz w:val="22"/>
              </w:rPr>
            </w:pPr>
            <w:r>
              <w:rPr>
                <w:noProof/>
                <w:sz w:val="22"/>
              </w:rPr>
              <w:drawing>
                <wp:inline distT="0" distB="0" distL="0" distR="0" wp14:anchorId="022FAD97" wp14:editId="6B5C4431">
                  <wp:extent cx="986079" cy="1294228"/>
                  <wp:effectExtent l="0" t="0" r="5080" b="1270"/>
                  <wp:docPr id="21795220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952200" name="Picture 21795220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4642" cy="1305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7389FE" w14:textId="7A321601" w:rsidR="00C906E3" w:rsidRPr="00FD6A00" w:rsidRDefault="00C906E3" w:rsidP="00056342">
      <w:pPr>
        <w:spacing w:before="40" w:after="0"/>
        <w:jc w:val="center"/>
        <w:rPr>
          <w:sz w:val="22"/>
        </w:rPr>
      </w:pPr>
    </w:p>
    <w:sectPr w:rsidR="00C906E3" w:rsidRPr="00FD6A00" w:rsidSect="00034616">
      <w:pgSz w:w="12240" w:h="15840"/>
      <w:pgMar w:top="504" w:right="792" w:bottom="504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32470129">
    <w:abstractNumId w:val="8"/>
  </w:num>
  <w:num w:numId="2" w16cid:durableId="1861309162">
    <w:abstractNumId w:val="6"/>
  </w:num>
  <w:num w:numId="3" w16cid:durableId="445152405">
    <w:abstractNumId w:val="5"/>
  </w:num>
  <w:num w:numId="4" w16cid:durableId="1573200779">
    <w:abstractNumId w:val="4"/>
  </w:num>
  <w:num w:numId="5" w16cid:durableId="1415779146">
    <w:abstractNumId w:val="7"/>
  </w:num>
  <w:num w:numId="6" w16cid:durableId="619457018">
    <w:abstractNumId w:val="3"/>
  </w:num>
  <w:num w:numId="7" w16cid:durableId="1935355940">
    <w:abstractNumId w:val="2"/>
  </w:num>
  <w:num w:numId="8" w16cid:durableId="77364719">
    <w:abstractNumId w:val="1"/>
  </w:num>
  <w:num w:numId="9" w16cid:durableId="653605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6342"/>
    <w:rsid w:val="0006063C"/>
    <w:rsid w:val="000E2557"/>
    <w:rsid w:val="000E70CA"/>
    <w:rsid w:val="0015074B"/>
    <w:rsid w:val="0029639D"/>
    <w:rsid w:val="00326F90"/>
    <w:rsid w:val="00657223"/>
    <w:rsid w:val="00952C50"/>
    <w:rsid w:val="009D0529"/>
    <w:rsid w:val="00AA1D8D"/>
    <w:rsid w:val="00B47730"/>
    <w:rsid w:val="00C906E3"/>
    <w:rsid w:val="00CB0664"/>
    <w:rsid w:val="00FC693F"/>
    <w:rsid w:val="00FD6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2841FA"/>
  <w14:defaultImageDpi w14:val="300"/>
  <w15:docId w15:val="{BFF4BB46-F94E-4943-9D4D-F0D9AF6E8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Debbie Ponte</cp:lastModifiedBy>
  <cp:revision>5</cp:revision>
  <dcterms:created xsi:type="dcterms:W3CDTF">2026-09-08T04:21:00Z</dcterms:created>
  <dcterms:modified xsi:type="dcterms:W3CDTF">2026-09-10T03:27:00Z</dcterms:modified>
  <cp:category/>
</cp:coreProperties>
</file>