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1A23E1" w14:textId="77777777" w:rsidR="008B4418" w:rsidRDefault="007A18F8">
      <w:pPr>
        <w:spacing w:after="0"/>
        <w:jc w:val="center"/>
      </w:pPr>
      <w:r>
        <w:rPr>
          <w:b/>
          <w:color w:val="0B2942"/>
          <w:sz w:val="34"/>
        </w:rPr>
        <w:t>34th ANNUAL HOLIDAY PARADE APPLICATION</w:t>
      </w:r>
    </w:p>
    <w:p w14:paraId="34DF75D6" w14:textId="77777777" w:rsidR="008B4418" w:rsidRDefault="007A18F8">
      <w:pPr>
        <w:spacing w:after="0"/>
        <w:jc w:val="center"/>
      </w:pPr>
      <w:r>
        <w:rPr>
          <w:b/>
          <w:color w:val="C6922D"/>
          <w:sz w:val="28"/>
        </w:rPr>
        <w:t>Starlit Nights &amp; Holiday Lights</w:t>
      </w:r>
    </w:p>
    <w:p w14:paraId="7BB85965" w14:textId="77777777" w:rsidR="008B4418" w:rsidRPr="00DF1C13" w:rsidRDefault="007A18F8">
      <w:pPr>
        <w:jc w:val="center"/>
        <w:rPr>
          <w:sz w:val="28"/>
          <w:szCs w:val="28"/>
        </w:rPr>
      </w:pPr>
      <w:r w:rsidRPr="00DF1C13">
        <w:rPr>
          <w:b/>
          <w:color w:val="A51D24"/>
          <w:sz w:val="28"/>
          <w:szCs w:val="28"/>
        </w:rPr>
        <w:t xml:space="preserve">Saturday, December 5, </w:t>
      </w:r>
      <w:proofErr w:type="gramStart"/>
      <w:r w:rsidRPr="00DF1C13">
        <w:rPr>
          <w:b/>
          <w:color w:val="A51D24"/>
          <w:sz w:val="28"/>
          <w:szCs w:val="28"/>
        </w:rPr>
        <w:t>2026</w:t>
      </w:r>
      <w:proofErr w:type="gramEnd"/>
      <w:r w:rsidRPr="00DF1C13">
        <w:rPr>
          <w:b/>
          <w:color w:val="A51D24"/>
          <w:sz w:val="28"/>
          <w:szCs w:val="28"/>
        </w:rPr>
        <w:t xml:space="preserve"> • 5:00 PM</w:t>
      </w:r>
    </w:p>
    <w:tbl>
      <w:tblPr>
        <w:tblW w:w="0" w:type="auto"/>
        <w:jc w:val="center"/>
        <w:tblBorders>
          <w:top w:val="single" w:sz="8" w:space="0" w:color="C6922D"/>
          <w:left w:val="single" w:sz="8" w:space="0" w:color="C6922D"/>
          <w:bottom w:val="single" w:sz="8" w:space="0" w:color="C6922D"/>
          <w:right w:val="single" w:sz="8" w:space="0" w:color="C6922D"/>
          <w:insideH w:val="single" w:sz="8" w:space="0" w:color="C6922D"/>
          <w:insideV w:val="single" w:sz="8" w:space="0" w:color="C6922D"/>
        </w:tblBorders>
        <w:tblLayout w:type="fixed"/>
        <w:tblLook w:val="04A0" w:firstRow="1" w:lastRow="0" w:firstColumn="1" w:lastColumn="0" w:noHBand="0" w:noVBand="1"/>
      </w:tblPr>
      <w:tblGrid>
        <w:gridCol w:w="4680"/>
        <w:gridCol w:w="4680"/>
      </w:tblGrid>
      <w:tr w:rsidR="008B4418" w14:paraId="04204E59" w14:textId="77777777">
        <w:trPr>
          <w:jc w:val="center"/>
        </w:trPr>
        <w:tc>
          <w:tcPr>
            <w:tcW w:w="4680" w:type="dxa"/>
            <w:shd w:val="clear" w:color="auto" w:fill="FBF6EA"/>
            <w:vAlign w:val="center"/>
          </w:tcPr>
          <w:p w14:paraId="6A4A82E8" w14:textId="77777777" w:rsidR="008B4418" w:rsidRPr="00DF1C13" w:rsidRDefault="007A18F8">
            <w:pPr>
              <w:jc w:val="center"/>
              <w:rPr>
                <w:sz w:val="24"/>
                <w:szCs w:val="24"/>
              </w:rPr>
            </w:pPr>
            <w:r w:rsidRPr="00DF1C13">
              <w:rPr>
                <w:b/>
                <w:sz w:val="24"/>
                <w:szCs w:val="24"/>
              </w:rPr>
              <w:t>ENTRY FEES</w:t>
            </w:r>
          </w:p>
        </w:tc>
        <w:tc>
          <w:tcPr>
            <w:tcW w:w="4680" w:type="dxa"/>
            <w:shd w:val="clear" w:color="auto" w:fill="FBF6EA"/>
            <w:vAlign w:val="center"/>
          </w:tcPr>
          <w:p w14:paraId="478CEB01" w14:textId="77777777" w:rsidR="008B4418" w:rsidRPr="00DF1C13" w:rsidRDefault="007A18F8">
            <w:pPr>
              <w:jc w:val="center"/>
              <w:rPr>
                <w:sz w:val="24"/>
                <w:szCs w:val="24"/>
              </w:rPr>
            </w:pPr>
            <w:r w:rsidRPr="00DF1C13">
              <w:rPr>
                <w:b/>
                <w:sz w:val="24"/>
                <w:szCs w:val="24"/>
              </w:rPr>
              <w:t>PARADE SCHEDULE</w:t>
            </w:r>
          </w:p>
        </w:tc>
      </w:tr>
      <w:tr w:rsidR="008B4418" w14:paraId="36F939FF" w14:textId="77777777">
        <w:trPr>
          <w:jc w:val="center"/>
        </w:trPr>
        <w:tc>
          <w:tcPr>
            <w:tcW w:w="4680" w:type="dxa"/>
            <w:vAlign w:val="center"/>
          </w:tcPr>
          <w:p w14:paraId="666A5CA9" w14:textId="77777777" w:rsidR="008B4418" w:rsidRPr="00DF1C13" w:rsidRDefault="007A18F8">
            <w:pPr>
              <w:rPr>
                <w:sz w:val="24"/>
                <w:szCs w:val="24"/>
              </w:rPr>
            </w:pPr>
            <w:r w:rsidRPr="00DF1C13">
              <w:rPr>
                <w:sz w:val="24"/>
                <w:szCs w:val="24"/>
              </w:rPr>
              <w:t xml:space="preserve">$20 ACBA Member • $25 </w:t>
            </w:r>
            <w:proofErr w:type="gramStart"/>
            <w:r w:rsidRPr="00DF1C13">
              <w:rPr>
                <w:sz w:val="24"/>
                <w:szCs w:val="24"/>
              </w:rPr>
              <w:t>Non-Member</w:t>
            </w:r>
            <w:proofErr w:type="gramEnd"/>
            <w:r w:rsidRPr="00DF1C13">
              <w:rPr>
                <w:sz w:val="24"/>
                <w:szCs w:val="24"/>
              </w:rPr>
              <w:br/>
              <w:t>Complimentary: School, Government or Royalty</w:t>
            </w:r>
          </w:p>
        </w:tc>
        <w:tc>
          <w:tcPr>
            <w:tcW w:w="4680" w:type="dxa"/>
            <w:vAlign w:val="center"/>
          </w:tcPr>
          <w:p w14:paraId="19719F4E" w14:textId="77777777" w:rsidR="008B4418" w:rsidRPr="00DF1C13" w:rsidRDefault="007A18F8">
            <w:pPr>
              <w:rPr>
                <w:sz w:val="24"/>
                <w:szCs w:val="24"/>
              </w:rPr>
            </w:pPr>
            <w:r w:rsidRPr="00DF1C13">
              <w:rPr>
                <w:sz w:val="24"/>
                <w:szCs w:val="24"/>
              </w:rPr>
              <w:t>Staging 3-4 PM • Judging 4-4:45 PM</w:t>
            </w:r>
            <w:r w:rsidRPr="00DF1C13">
              <w:rPr>
                <w:sz w:val="24"/>
                <w:szCs w:val="24"/>
              </w:rPr>
              <w:br/>
              <w:t>Parade Begins 5 PM</w:t>
            </w:r>
          </w:p>
        </w:tc>
      </w:tr>
    </w:tbl>
    <w:p w14:paraId="1232AA21" w14:textId="77777777" w:rsidR="008B4418" w:rsidRPr="00DF1C13" w:rsidRDefault="007A18F8" w:rsidP="00DF1C13">
      <w:pPr>
        <w:spacing w:after="0"/>
        <w:jc w:val="center"/>
        <w:rPr>
          <w:sz w:val="28"/>
          <w:szCs w:val="28"/>
        </w:rPr>
      </w:pPr>
      <w:r w:rsidRPr="00DF1C13">
        <w:rPr>
          <w:b/>
          <w:color w:val="174C37"/>
          <w:sz w:val="28"/>
          <w:szCs w:val="28"/>
        </w:rPr>
        <w:t>ENTRY INFORMATION</w:t>
      </w:r>
    </w:p>
    <w:p w14:paraId="191DB193" w14:textId="226283F0" w:rsidR="008B4418" w:rsidRPr="00DF1C13" w:rsidRDefault="007A18F8" w:rsidP="00DF1C13">
      <w:pPr>
        <w:spacing w:after="0" w:line="360" w:lineRule="auto"/>
        <w:rPr>
          <w:sz w:val="28"/>
          <w:szCs w:val="28"/>
        </w:rPr>
      </w:pPr>
      <w:r w:rsidRPr="00DF1C13">
        <w:rPr>
          <w:b/>
          <w:sz w:val="28"/>
          <w:szCs w:val="28"/>
        </w:rPr>
        <w:t>Name / Organization</w:t>
      </w:r>
      <w:r w:rsidRPr="00DF1C13">
        <w:rPr>
          <w:sz w:val="28"/>
          <w:szCs w:val="28"/>
        </w:rPr>
        <w:t>__________________________________________</w:t>
      </w:r>
    </w:p>
    <w:p w14:paraId="23320CFA" w14:textId="5750E754" w:rsidR="008B4418" w:rsidRPr="00DF1C13" w:rsidRDefault="007A18F8" w:rsidP="00DF1C13">
      <w:pPr>
        <w:spacing w:after="0" w:line="360" w:lineRule="auto"/>
        <w:rPr>
          <w:sz w:val="28"/>
          <w:szCs w:val="28"/>
        </w:rPr>
      </w:pPr>
      <w:r w:rsidRPr="00DF1C13">
        <w:rPr>
          <w:b/>
          <w:sz w:val="28"/>
          <w:szCs w:val="28"/>
        </w:rPr>
        <w:t>Contact Person</w:t>
      </w:r>
      <w:r w:rsidR="00DF1C13">
        <w:rPr>
          <w:b/>
          <w:sz w:val="28"/>
          <w:szCs w:val="28"/>
        </w:rPr>
        <w:t>______________________________________________</w:t>
      </w:r>
    </w:p>
    <w:p w14:paraId="7880FA19" w14:textId="6F9A9C2E" w:rsidR="008B4418" w:rsidRPr="00DF1C13" w:rsidRDefault="007A18F8" w:rsidP="00DF1C13">
      <w:pPr>
        <w:spacing w:after="0" w:line="360" w:lineRule="auto"/>
        <w:rPr>
          <w:sz w:val="28"/>
          <w:szCs w:val="28"/>
        </w:rPr>
      </w:pPr>
      <w:r w:rsidRPr="00DF1C13">
        <w:rPr>
          <w:b/>
          <w:sz w:val="28"/>
          <w:szCs w:val="28"/>
        </w:rPr>
        <w:t>Mailing Address / City / State / ZIP</w:t>
      </w:r>
      <w:r w:rsidR="00DF1C13">
        <w:rPr>
          <w:b/>
          <w:sz w:val="28"/>
          <w:szCs w:val="28"/>
        </w:rPr>
        <w:t>______________________________</w:t>
      </w:r>
    </w:p>
    <w:p w14:paraId="678E41F1" w14:textId="721EBD14" w:rsidR="008B4418" w:rsidRPr="00DF1C13" w:rsidRDefault="007A18F8" w:rsidP="00DF1C13">
      <w:pPr>
        <w:spacing w:after="0" w:line="360" w:lineRule="auto"/>
        <w:rPr>
          <w:sz w:val="28"/>
          <w:szCs w:val="28"/>
        </w:rPr>
      </w:pPr>
      <w:r w:rsidRPr="00DF1C13">
        <w:rPr>
          <w:b/>
          <w:sz w:val="28"/>
          <w:szCs w:val="28"/>
        </w:rPr>
        <w:t xml:space="preserve">Phone </w:t>
      </w:r>
      <w:r w:rsidR="00DF1C13">
        <w:rPr>
          <w:b/>
          <w:sz w:val="28"/>
          <w:szCs w:val="28"/>
        </w:rPr>
        <w:t>&amp; Email______________________________________________</w:t>
      </w:r>
      <w:r w:rsidRPr="00DF1C13">
        <w:rPr>
          <w:sz w:val="28"/>
          <w:szCs w:val="28"/>
        </w:rPr>
        <w:t>_</w:t>
      </w:r>
    </w:p>
    <w:p w14:paraId="48FC0D35" w14:textId="0340ADBD" w:rsidR="00DF1C13" w:rsidRDefault="00DF1C13" w:rsidP="00DF1C13">
      <w:pPr>
        <w:pBdr>
          <w:bottom w:val="single" w:sz="12" w:space="1" w:color="auto"/>
        </w:pBdr>
        <w:spacing w:after="0"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Contact on Day of Event______________________________________</w:t>
      </w:r>
    </w:p>
    <w:tbl>
      <w:tblPr>
        <w:tblW w:w="0" w:type="auto"/>
        <w:jc w:val="center"/>
        <w:tblBorders>
          <w:top w:val="single" w:sz="10" w:space="0" w:color="174C37"/>
          <w:left w:val="single" w:sz="10" w:space="0" w:color="174C37"/>
          <w:bottom w:val="single" w:sz="10" w:space="0" w:color="174C37"/>
          <w:right w:val="single" w:sz="10" w:space="0" w:color="174C37"/>
          <w:insideH w:val="single" w:sz="10" w:space="0" w:color="174C37"/>
          <w:insideV w:val="single" w:sz="10" w:space="0" w:color="174C37"/>
        </w:tblBorders>
        <w:tblLook w:val="04A0" w:firstRow="1" w:lastRow="0" w:firstColumn="1" w:lastColumn="0" w:noHBand="0" w:noVBand="1"/>
      </w:tblPr>
      <w:tblGrid>
        <w:gridCol w:w="9076"/>
      </w:tblGrid>
      <w:tr w:rsidR="008B4418" w14:paraId="710715DD" w14:textId="77777777" w:rsidTr="00DF1C13">
        <w:trPr>
          <w:trHeight w:val="447"/>
          <w:jc w:val="center"/>
        </w:trPr>
        <w:tc>
          <w:tcPr>
            <w:tcW w:w="9076" w:type="dxa"/>
            <w:shd w:val="clear" w:color="auto" w:fill="EAF1E8"/>
          </w:tcPr>
          <w:p w14:paraId="3C0D9B2E" w14:textId="77777777" w:rsidR="008B4418" w:rsidRPr="00DF1C13" w:rsidRDefault="007A18F8">
            <w:pPr>
              <w:jc w:val="center"/>
              <w:rPr>
                <w:sz w:val="28"/>
                <w:szCs w:val="28"/>
              </w:rPr>
            </w:pPr>
            <w:r w:rsidRPr="00DF1C13">
              <w:rPr>
                <w:b/>
                <w:color w:val="0B2942"/>
                <w:sz w:val="28"/>
                <w:szCs w:val="28"/>
              </w:rPr>
              <w:t>ENTRY TYPE &amp; JUDGING CATEGORY</w:t>
            </w:r>
          </w:p>
        </w:tc>
      </w:tr>
      <w:tr w:rsidR="008B4418" w14:paraId="771A3384" w14:textId="77777777" w:rsidTr="00DF1C13">
        <w:trPr>
          <w:trHeight w:val="462"/>
          <w:jc w:val="center"/>
        </w:trPr>
        <w:tc>
          <w:tcPr>
            <w:tcW w:w="9076" w:type="dxa"/>
            <w:shd w:val="clear" w:color="auto" w:fill="EAF1E8"/>
          </w:tcPr>
          <w:p w14:paraId="37DEBD8A" w14:textId="77777777" w:rsidR="008B4418" w:rsidRPr="00DF1C13" w:rsidRDefault="007A18F8">
            <w:pPr>
              <w:jc w:val="center"/>
              <w:rPr>
                <w:sz w:val="28"/>
                <w:szCs w:val="28"/>
              </w:rPr>
            </w:pPr>
            <w:r w:rsidRPr="00DF1C13">
              <w:rPr>
                <w:b/>
                <w:color w:val="0B2942"/>
                <w:sz w:val="28"/>
                <w:szCs w:val="28"/>
              </w:rPr>
              <w:t>CIRCLE ENTRY</w:t>
            </w:r>
          </w:p>
        </w:tc>
      </w:tr>
      <w:tr w:rsidR="008B4418" w14:paraId="3BADE5A9" w14:textId="77777777" w:rsidTr="00DF1C13">
        <w:trPr>
          <w:trHeight w:val="447"/>
          <w:jc w:val="center"/>
        </w:trPr>
        <w:tc>
          <w:tcPr>
            <w:tcW w:w="9076" w:type="dxa"/>
            <w:shd w:val="clear" w:color="auto" w:fill="EAF1E8"/>
          </w:tcPr>
          <w:p w14:paraId="43374DBB" w14:textId="77777777" w:rsidR="008B4418" w:rsidRPr="00DF1C13" w:rsidRDefault="007A18F8">
            <w:pPr>
              <w:rPr>
                <w:sz w:val="28"/>
                <w:szCs w:val="28"/>
              </w:rPr>
            </w:pPr>
            <w:r w:rsidRPr="00DF1C13">
              <w:rPr>
                <w:b/>
                <w:color w:val="0B2942"/>
                <w:sz w:val="28"/>
                <w:szCs w:val="28"/>
              </w:rPr>
              <w:t>Best Business - Motorized or Walking Entry</w:t>
            </w:r>
          </w:p>
        </w:tc>
      </w:tr>
      <w:tr w:rsidR="008B4418" w14:paraId="3B671388" w14:textId="77777777" w:rsidTr="00DF1C13">
        <w:trPr>
          <w:trHeight w:val="447"/>
          <w:jc w:val="center"/>
        </w:trPr>
        <w:tc>
          <w:tcPr>
            <w:tcW w:w="9076" w:type="dxa"/>
            <w:shd w:val="clear" w:color="auto" w:fill="EAF1E8"/>
          </w:tcPr>
          <w:p w14:paraId="19505F5C" w14:textId="77777777" w:rsidR="008B4418" w:rsidRPr="00DF1C13" w:rsidRDefault="007A18F8">
            <w:pPr>
              <w:rPr>
                <w:sz w:val="28"/>
                <w:szCs w:val="28"/>
              </w:rPr>
            </w:pPr>
            <w:r w:rsidRPr="00DF1C13">
              <w:rPr>
                <w:b/>
                <w:color w:val="0B2942"/>
                <w:sz w:val="28"/>
                <w:szCs w:val="28"/>
              </w:rPr>
              <w:t>Best School - Motorized or Walking Entry</w:t>
            </w:r>
          </w:p>
        </w:tc>
      </w:tr>
      <w:tr w:rsidR="008B4418" w14:paraId="4B4AA5D0" w14:textId="77777777" w:rsidTr="00DF1C13">
        <w:trPr>
          <w:trHeight w:val="462"/>
          <w:jc w:val="center"/>
        </w:trPr>
        <w:tc>
          <w:tcPr>
            <w:tcW w:w="9076" w:type="dxa"/>
            <w:shd w:val="clear" w:color="auto" w:fill="EAF1E8"/>
          </w:tcPr>
          <w:p w14:paraId="7C650A57" w14:textId="77777777" w:rsidR="008B4418" w:rsidRPr="00DF1C13" w:rsidRDefault="007A18F8">
            <w:pPr>
              <w:rPr>
                <w:sz w:val="28"/>
                <w:szCs w:val="28"/>
              </w:rPr>
            </w:pPr>
            <w:r w:rsidRPr="00DF1C13">
              <w:rPr>
                <w:b/>
                <w:color w:val="0B2942"/>
                <w:sz w:val="28"/>
                <w:szCs w:val="28"/>
              </w:rPr>
              <w:t>Best Nonprofit - Motorized or Walking Entry</w:t>
            </w:r>
          </w:p>
        </w:tc>
      </w:tr>
      <w:tr w:rsidR="008B4418" w14:paraId="58C00E05" w14:textId="77777777" w:rsidTr="00DF1C13">
        <w:trPr>
          <w:trHeight w:val="447"/>
          <w:jc w:val="center"/>
        </w:trPr>
        <w:tc>
          <w:tcPr>
            <w:tcW w:w="9076" w:type="dxa"/>
            <w:shd w:val="clear" w:color="auto" w:fill="EAF1E8"/>
          </w:tcPr>
          <w:p w14:paraId="09C8004C" w14:textId="77777777" w:rsidR="008B4418" w:rsidRPr="00DF1C13" w:rsidRDefault="007A18F8">
            <w:pPr>
              <w:rPr>
                <w:sz w:val="28"/>
                <w:szCs w:val="28"/>
              </w:rPr>
            </w:pPr>
            <w:r w:rsidRPr="00DF1C13">
              <w:rPr>
                <w:b/>
                <w:color w:val="0B2942"/>
                <w:sz w:val="28"/>
                <w:szCs w:val="28"/>
              </w:rPr>
              <w:t>Best Equestrian - Individual, Group or Carriage</w:t>
            </w:r>
          </w:p>
        </w:tc>
      </w:tr>
      <w:tr w:rsidR="008B4418" w14:paraId="5DD3DE60" w14:textId="77777777" w:rsidTr="00DF1C13">
        <w:trPr>
          <w:trHeight w:val="447"/>
          <w:jc w:val="center"/>
        </w:trPr>
        <w:tc>
          <w:tcPr>
            <w:tcW w:w="9076" w:type="dxa"/>
            <w:shd w:val="clear" w:color="auto" w:fill="EAF1E8"/>
          </w:tcPr>
          <w:p w14:paraId="5AE6A850" w14:textId="77777777" w:rsidR="008B4418" w:rsidRPr="00DF1C13" w:rsidRDefault="007A18F8">
            <w:pPr>
              <w:rPr>
                <w:sz w:val="28"/>
                <w:szCs w:val="28"/>
              </w:rPr>
            </w:pPr>
            <w:r w:rsidRPr="00DF1C13">
              <w:rPr>
                <w:b/>
                <w:color w:val="0B2942"/>
                <w:sz w:val="28"/>
                <w:szCs w:val="28"/>
              </w:rPr>
              <w:t>Best Individual - Motorized or Walking Entry</w:t>
            </w:r>
          </w:p>
        </w:tc>
      </w:tr>
      <w:tr w:rsidR="008B4418" w14:paraId="3A2B3603" w14:textId="77777777" w:rsidTr="00DF1C13">
        <w:trPr>
          <w:trHeight w:val="462"/>
          <w:jc w:val="center"/>
        </w:trPr>
        <w:tc>
          <w:tcPr>
            <w:tcW w:w="9076" w:type="dxa"/>
            <w:shd w:val="clear" w:color="auto" w:fill="EAF1E8"/>
          </w:tcPr>
          <w:p w14:paraId="2406F67F" w14:textId="77777777" w:rsidR="008B4418" w:rsidRPr="00DF1C13" w:rsidRDefault="007A18F8">
            <w:pPr>
              <w:rPr>
                <w:sz w:val="28"/>
                <w:szCs w:val="28"/>
              </w:rPr>
            </w:pPr>
            <w:r w:rsidRPr="00DF1C13">
              <w:rPr>
                <w:b/>
                <w:color w:val="0B2942"/>
                <w:sz w:val="28"/>
                <w:szCs w:val="28"/>
              </w:rPr>
              <w:t>Best Group - Motorized or Walking Entry</w:t>
            </w:r>
          </w:p>
        </w:tc>
      </w:tr>
    </w:tbl>
    <w:p w14:paraId="7FCE569C" w14:textId="77777777" w:rsidR="00DF1C13" w:rsidRDefault="00DF1C13">
      <w:pPr>
        <w:spacing w:after="0"/>
        <w:rPr>
          <w:b/>
          <w:sz w:val="28"/>
          <w:szCs w:val="28"/>
        </w:rPr>
      </w:pPr>
    </w:p>
    <w:p w14:paraId="26C3DCB2" w14:textId="1C1D96A5" w:rsidR="008B4418" w:rsidRPr="00DF1C13" w:rsidRDefault="007A18F8">
      <w:pPr>
        <w:spacing w:after="0"/>
        <w:rPr>
          <w:sz w:val="28"/>
          <w:szCs w:val="28"/>
        </w:rPr>
      </w:pPr>
      <w:r w:rsidRPr="00DF1C13">
        <w:rPr>
          <w:b/>
          <w:sz w:val="28"/>
          <w:szCs w:val="28"/>
        </w:rPr>
        <w:t>Entry Name / Theme</w:t>
      </w:r>
      <w:r w:rsidR="00DF1C13">
        <w:rPr>
          <w:b/>
          <w:sz w:val="28"/>
          <w:szCs w:val="28"/>
        </w:rPr>
        <w:t>__________________________________________</w:t>
      </w:r>
    </w:p>
    <w:p w14:paraId="7F692083" w14:textId="006743CF" w:rsidR="008B4418" w:rsidRPr="00DF1C13" w:rsidRDefault="007A18F8">
      <w:pPr>
        <w:spacing w:after="0"/>
        <w:rPr>
          <w:sz w:val="28"/>
          <w:szCs w:val="28"/>
        </w:rPr>
      </w:pPr>
      <w:r w:rsidRPr="00DF1C13">
        <w:rPr>
          <w:b/>
          <w:sz w:val="28"/>
          <w:szCs w:val="28"/>
        </w:rPr>
        <w:t>Number of Vehicles / Trailers in Entry</w:t>
      </w:r>
      <w:r w:rsidR="00DF1C13">
        <w:rPr>
          <w:b/>
          <w:sz w:val="28"/>
          <w:szCs w:val="28"/>
        </w:rPr>
        <w:t xml:space="preserve"> ___________________________</w:t>
      </w:r>
    </w:p>
    <w:p w14:paraId="0067C299" w14:textId="77777777" w:rsidR="00DF1C13" w:rsidRDefault="00DF1C13">
      <w:pPr>
        <w:spacing w:after="0"/>
        <w:rPr>
          <w:b/>
          <w:sz w:val="17"/>
        </w:rPr>
      </w:pPr>
    </w:p>
    <w:p w14:paraId="67F6866A" w14:textId="77777777" w:rsidR="00DF1C13" w:rsidRDefault="00DF1C13">
      <w:pPr>
        <w:spacing w:after="0"/>
        <w:rPr>
          <w:b/>
          <w:sz w:val="17"/>
        </w:rPr>
      </w:pPr>
    </w:p>
    <w:p w14:paraId="586646A2" w14:textId="77777777" w:rsidR="00DF1C13" w:rsidRDefault="00DF1C13">
      <w:pPr>
        <w:spacing w:after="0"/>
        <w:rPr>
          <w:b/>
          <w:sz w:val="17"/>
        </w:rPr>
      </w:pPr>
    </w:p>
    <w:p w14:paraId="209254A1" w14:textId="77777777" w:rsidR="00DF1C13" w:rsidRDefault="00DF1C13">
      <w:pPr>
        <w:spacing w:after="0"/>
        <w:rPr>
          <w:b/>
          <w:sz w:val="17"/>
        </w:rPr>
      </w:pPr>
    </w:p>
    <w:p w14:paraId="356AB4CD" w14:textId="77777777" w:rsidR="00DF1C13" w:rsidRPr="00DF1C13" w:rsidRDefault="00DF1C13">
      <w:pPr>
        <w:spacing w:after="0"/>
        <w:rPr>
          <w:b/>
          <w:sz w:val="36"/>
          <w:szCs w:val="36"/>
        </w:rPr>
      </w:pPr>
    </w:p>
    <w:p w14:paraId="532D050B" w14:textId="2F2EAE5C" w:rsidR="008B4418" w:rsidRDefault="007A18F8" w:rsidP="00DF1C13">
      <w:pPr>
        <w:spacing w:after="0" w:line="360" w:lineRule="auto"/>
        <w:rPr>
          <w:b/>
          <w:sz w:val="28"/>
          <w:szCs w:val="28"/>
        </w:rPr>
      </w:pPr>
      <w:r w:rsidRPr="00DF1C13">
        <w:rPr>
          <w:b/>
          <w:sz w:val="28"/>
          <w:szCs w:val="28"/>
        </w:rPr>
        <w:t xml:space="preserve">Describe your entry in 50 words </w:t>
      </w:r>
      <w:r w:rsidR="00DF1C13">
        <w:rPr>
          <w:b/>
          <w:sz w:val="28"/>
          <w:szCs w:val="28"/>
        </w:rPr>
        <w:t>or less: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A8AFA88" w14:textId="77777777" w:rsidR="00DF1C13" w:rsidRPr="00DF1C13" w:rsidRDefault="00DF1C13">
      <w:pPr>
        <w:spacing w:after="0"/>
        <w:rPr>
          <w:sz w:val="28"/>
          <w:szCs w:val="28"/>
        </w:rPr>
      </w:pPr>
    </w:p>
    <w:tbl>
      <w:tblPr>
        <w:tblW w:w="0" w:type="auto"/>
        <w:tblBorders>
          <w:top w:val="single" w:sz="8" w:space="0" w:color="B45C61"/>
          <w:left w:val="single" w:sz="8" w:space="0" w:color="B45C61"/>
          <w:bottom w:val="single" w:sz="8" w:space="0" w:color="B45C61"/>
          <w:right w:val="single" w:sz="8" w:space="0" w:color="B45C61"/>
          <w:insideH w:val="single" w:sz="8" w:space="0" w:color="B45C61"/>
          <w:insideV w:val="single" w:sz="8" w:space="0" w:color="B45C61"/>
        </w:tblBorders>
        <w:tblLook w:val="04A0" w:firstRow="1" w:lastRow="0" w:firstColumn="1" w:lastColumn="0" w:noHBand="0" w:noVBand="1"/>
      </w:tblPr>
      <w:tblGrid>
        <w:gridCol w:w="9360"/>
      </w:tblGrid>
      <w:tr w:rsidR="008B4418" w:rsidRPr="00DF1C13" w14:paraId="6CA59E65" w14:textId="77777777">
        <w:tc>
          <w:tcPr>
            <w:tcW w:w="9360" w:type="dxa"/>
            <w:shd w:val="clear" w:color="auto" w:fill="E7A3A3"/>
          </w:tcPr>
          <w:p w14:paraId="719B44A7" w14:textId="77777777" w:rsidR="008B4418" w:rsidRPr="00DF1C13" w:rsidRDefault="007A18F8">
            <w:pPr>
              <w:jc w:val="center"/>
              <w:rPr>
                <w:sz w:val="28"/>
                <w:szCs w:val="28"/>
              </w:rPr>
            </w:pPr>
            <w:r w:rsidRPr="00DF1C13">
              <w:rPr>
                <w:b/>
                <w:color w:val="5B1014"/>
                <w:sz w:val="28"/>
                <w:szCs w:val="28"/>
              </w:rPr>
              <w:t xml:space="preserve">ENTRY DEADLINE: Monday, November 30, </w:t>
            </w:r>
            <w:proofErr w:type="gramStart"/>
            <w:r w:rsidRPr="00DF1C13">
              <w:rPr>
                <w:b/>
                <w:color w:val="5B1014"/>
                <w:sz w:val="28"/>
                <w:szCs w:val="28"/>
              </w:rPr>
              <w:t>2026</w:t>
            </w:r>
            <w:proofErr w:type="gramEnd"/>
            <w:r w:rsidRPr="00DF1C13">
              <w:rPr>
                <w:b/>
                <w:color w:val="5B1014"/>
                <w:sz w:val="28"/>
                <w:szCs w:val="28"/>
              </w:rPr>
              <w:t xml:space="preserve"> by 5 PM</w:t>
            </w:r>
          </w:p>
        </w:tc>
      </w:tr>
    </w:tbl>
    <w:p w14:paraId="49004512" w14:textId="77777777" w:rsidR="00DF1C13" w:rsidRDefault="00DF1C13">
      <w:pPr>
        <w:spacing w:after="20"/>
        <w:rPr>
          <w:b/>
          <w:sz w:val="28"/>
          <w:szCs w:val="28"/>
        </w:rPr>
      </w:pPr>
    </w:p>
    <w:p w14:paraId="28BA7FE7" w14:textId="10B9F532" w:rsidR="008B4418" w:rsidRDefault="007A18F8">
      <w:pPr>
        <w:spacing w:after="20"/>
        <w:rPr>
          <w:sz w:val="28"/>
          <w:szCs w:val="28"/>
        </w:rPr>
      </w:pPr>
      <w:r w:rsidRPr="00DF1C13">
        <w:rPr>
          <w:b/>
          <w:sz w:val="28"/>
          <w:szCs w:val="28"/>
        </w:rPr>
        <w:t xml:space="preserve">RAIN OR SHINE: </w:t>
      </w:r>
      <w:r w:rsidRPr="00DF1C13">
        <w:rPr>
          <w:sz w:val="28"/>
          <w:szCs w:val="28"/>
        </w:rPr>
        <w:t>The parade is a rain-or-shine, no-refund event. It may be cancelled or postponed if conditions are unsafe.</w:t>
      </w:r>
    </w:p>
    <w:p w14:paraId="406524BE" w14:textId="77777777" w:rsidR="00DF1C13" w:rsidRPr="00DF1C13" w:rsidRDefault="00DF1C13">
      <w:pPr>
        <w:spacing w:after="20"/>
        <w:rPr>
          <w:sz w:val="28"/>
          <w:szCs w:val="28"/>
        </w:rPr>
      </w:pPr>
    </w:p>
    <w:tbl>
      <w:tblPr>
        <w:tblW w:w="10146" w:type="dxa"/>
        <w:jc w:val="center"/>
        <w:tblBorders>
          <w:top w:val="single" w:sz="6" w:space="0" w:color="C6922D"/>
          <w:left w:val="single" w:sz="6" w:space="0" w:color="C6922D"/>
          <w:bottom w:val="single" w:sz="6" w:space="0" w:color="C6922D"/>
          <w:right w:val="single" w:sz="6" w:space="0" w:color="C6922D"/>
          <w:insideH w:val="single" w:sz="6" w:space="0" w:color="C6922D"/>
          <w:insideV w:val="single" w:sz="6" w:space="0" w:color="C6922D"/>
        </w:tblBorders>
        <w:tblLook w:val="04A0" w:firstRow="1" w:lastRow="0" w:firstColumn="1" w:lastColumn="0" w:noHBand="0" w:noVBand="1"/>
      </w:tblPr>
      <w:tblGrid>
        <w:gridCol w:w="2046"/>
        <w:gridCol w:w="8100"/>
      </w:tblGrid>
      <w:tr w:rsidR="008B4418" w:rsidRPr="00DF1C13" w14:paraId="5004A1A1" w14:textId="77777777" w:rsidTr="0054149E">
        <w:trPr>
          <w:trHeight w:val="2474"/>
          <w:jc w:val="center"/>
        </w:trPr>
        <w:tc>
          <w:tcPr>
            <w:tcW w:w="1766" w:type="dxa"/>
            <w:shd w:val="clear" w:color="auto" w:fill="FBF6EA"/>
          </w:tcPr>
          <w:p w14:paraId="15C99A76" w14:textId="209C3C6A" w:rsidR="008B4418" w:rsidRPr="00DF1C13" w:rsidRDefault="0054149E">
            <w:pPr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24C67DA2" wp14:editId="4F248EFD">
                  <wp:extent cx="1157272" cy="1518920"/>
                  <wp:effectExtent l="0" t="0" r="5080" b="5080"/>
                  <wp:docPr id="124049014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0490145" name="Picture 1240490145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1787" cy="15510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80" w:type="dxa"/>
            <w:shd w:val="clear" w:color="auto" w:fill="FBF6EA"/>
          </w:tcPr>
          <w:p w14:paraId="723756AA" w14:textId="77777777" w:rsidR="008B4418" w:rsidRPr="00DF1C13" w:rsidRDefault="007A18F8">
            <w:pPr>
              <w:rPr>
                <w:sz w:val="28"/>
                <w:szCs w:val="28"/>
              </w:rPr>
            </w:pPr>
            <w:r w:rsidRPr="00DF1C13">
              <w:rPr>
                <w:b/>
                <w:sz w:val="28"/>
                <w:szCs w:val="28"/>
              </w:rPr>
              <w:t xml:space="preserve">SUBMIT / MORE INFORMATION: </w:t>
            </w:r>
            <w:r w:rsidRPr="00DF1C13">
              <w:rPr>
                <w:sz w:val="28"/>
                <w:szCs w:val="28"/>
              </w:rPr>
              <w:t>angelscampbusinessassociation.com • PO Box 62, Angels Camp, CA 95222 • admin@angelscampbusiness.com</w:t>
            </w:r>
          </w:p>
        </w:tc>
      </w:tr>
    </w:tbl>
    <w:p w14:paraId="5CB990A7" w14:textId="77777777" w:rsidR="00AB7246" w:rsidRPr="00DF1C13" w:rsidRDefault="00AB7246" w:rsidP="0054149E">
      <w:pPr>
        <w:rPr>
          <w:sz w:val="28"/>
          <w:szCs w:val="28"/>
        </w:rPr>
      </w:pPr>
    </w:p>
    <w:sectPr w:rsidR="00AB7246" w:rsidRPr="00DF1C13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79135349">
    <w:abstractNumId w:val="8"/>
  </w:num>
  <w:num w:numId="2" w16cid:durableId="1525242974">
    <w:abstractNumId w:val="6"/>
  </w:num>
  <w:num w:numId="3" w16cid:durableId="1740711216">
    <w:abstractNumId w:val="5"/>
  </w:num>
  <w:num w:numId="4" w16cid:durableId="715815688">
    <w:abstractNumId w:val="4"/>
  </w:num>
  <w:num w:numId="5" w16cid:durableId="658927115">
    <w:abstractNumId w:val="7"/>
  </w:num>
  <w:num w:numId="6" w16cid:durableId="1525435041">
    <w:abstractNumId w:val="3"/>
  </w:num>
  <w:num w:numId="7" w16cid:durableId="586042013">
    <w:abstractNumId w:val="2"/>
  </w:num>
  <w:num w:numId="8" w16cid:durableId="537546150">
    <w:abstractNumId w:val="1"/>
  </w:num>
  <w:num w:numId="9" w16cid:durableId="2513602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8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4149E"/>
    <w:rsid w:val="00602E88"/>
    <w:rsid w:val="007A18F8"/>
    <w:rsid w:val="008B4418"/>
    <w:rsid w:val="00952C50"/>
    <w:rsid w:val="00AA1D8D"/>
    <w:rsid w:val="00AA3393"/>
    <w:rsid w:val="00AB7246"/>
    <w:rsid w:val="00B47730"/>
    <w:rsid w:val="00CB0664"/>
    <w:rsid w:val="00DF1C1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E3BF7CB"/>
  <w14:defaultImageDpi w14:val="300"/>
  <w15:docId w15:val="{3F203523-0092-4EC9-A807-2B4DF7752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333</Words>
  <Characters>1902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2231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Debbie Ponte</cp:lastModifiedBy>
  <cp:revision>2</cp:revision>
  <dcterms:created xsi:type="dcterms:W3CDTF">2026-09-10T03:48:00Z</dcterms:created>
  <dcterms:modified xsi:type="dcterms:W3CDTF">2026-09-10T03:48:00Z</dcterms:modified>
  <cp:category/>
</cp:coreProperties>
</file>